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/>
          <w:color w:val="1A73E8"/>
          <w:sz w:val="28"/>
        </w:rPr>
        <w:t>Modèle de lettre : contester une amende forfaitaire majorée</w:t>
      </w:r>
    </w:p>
    <w:p>
      <w:pPr>
        <w:spacing w:after="320"/>
      </w:pPr>
      <w:r>
        <w:rPr>
          <w:i/>
          <w:color w:val="555555"/>
          <w:sz w:val="18"/>
        </w:rPr>
        <w:t>Modèle à compléter. Remplacez chaque champ entre crochets [ ] par vos informations, puis supprimez les crochets. À envoyer OBLIGATOIREMENT en recommandé avec accusé de réception, dans les 3 mois suivant l'avis d'amende majorée.</w:t>
      </w:r>
    </w:p>
    <w:p>
      <w:pPr>
        <w:spacing w:after="0"/>
      </w:pPr>
      <w:r>
        <w:t>[Vos prénom et nom]</w:t>
      </w:r>
    </w:p>
    <w:p>
      <w:pPr>
        <w:spacing w:after="0"/>
      </w:pPr>
      <w:r>
        <w:t>[Votre adresse actuelle]</w:t>
      </w:r>
    </w:p>
    <w:p>
      <w:pPr>
        <w:spacing w:after="200"/>
      </w:pPr>
      <w:r>
        <w:t>[Ville], le [date]</w:t>
      </w:r>
    </w:p>
    <w:p>
      <w:pPr>
        <w:spacing w:after="0"/>
      </w:pPr>
      <w:r>
        <w:t>Monsieur/Madame l'Officier du Ministère Public</w:t>
      </w:r>
    </w:p>
    <w:p>
      <w:pPr>
        <w:spacing w:after="200"/>
      </w:pPr>
      <w:r>
        <w:t>[Adresse du tribunal de police indiquée sur l'avis d'AFM]</w:t>
      </w:r>
    </w:p>
    <w:p>
      <w:pPr>
        <w:spacing w:after="0"/>
      </w:pPr>
      <w:r>
        <w:rPr>
          <w:b/>
        </w:rPr>
        <w:t>Objet : Contestation de l'amende forfaitaire majorée n° [numéro à 12 ou 18 chiffres]</w:t>
      </w:r>
    </w:p>
    <w:p>
      <w:r>
        <w:rPr>
          <w:i/>
        </w:rPr>
        <w:t>Lettre recommandée avec accusé de réception</w:t>
      </w:r>
    </w:p>
    <w:p>
      <w:pPr>
        <w:jc w:val="both"/>
      </w:pPr>
      <w:r>
        <w:t>Monsieur/Madame l'Officier du Ministère Public,</w:t>
      </w:r>
    </w:p>
    <w:p>
      <w:pPr>
        <w:jc w:val="both"/>
      </w:pPr>
      <w:r>
        <w:t>Par le présent courrier, je souhaite contester l'amende forfaitaire majorée référencée en objet, reçue le [date de réception].</w:t>
      </w:r>
    </w:p>
    <w:p>
      <w:pPr>
        <w:jc w:val="both"/>
      </w:pPr>
      <w:r>
        <w:t>Je n'ai pas reçu l'avis de contravention initial. J'avais changé de domicile pour m'établir à [adresse actuelle], changement effectué le [date], à l'occasion de [préciser : déménagement / mise à jour carte grise]. Je n'étais donc plus joignable à l'adresse figurant sur vos registres au moment de l'envoi de l'avis initial.</w:t>
      </w:r>
    </w:p>
    <w:p>
      <w:pPr>
        <w:jc w:val="both"/>
      </w:pPr>
      <w:r>
        <w:t>Je joins à ce courrier :</w:t>
      </w:r>
    </w:p>
    <w:p>
      <w:pPr>
        <w:spacing w:after="0"/>
      </w:pPr>
      <w:r>
        <w:t>- Le formulaire de demande d'annulation de majoration, dûment complété et signé ;</w:t>
      </w:r>
    </w:p>
    <w:p>
      <w:pPr>
        <w:spacing w:after="0"/>
      </w:pPr>
      <w:r>
        <w:t>- Un justificatif de ma nouvelle adresse (bail / facture EDF ou équivalent) ;</w:t>
      </w:r>
    </w:p>
    <w:p>
      <w:pPr>
        <w:spacing w:after="200"/>
      </w:pPr>
      <w:r>
        <w:t>- Un chèque de [montant de l'amende initiale] €, libellé à l'ordre du Trésor public, en règlement du montant initial de l'amende non majorée.</w:t>
      </w:r>
    </w:p>
    <w:p>
      <w:pPr>
        <w:jc w:val="both"/>
      </w:pPr>
      <w:r>
        <w:t>Je vous remercie de bien vouloir prendre en compte ma demande et d'annuler la majoration appliquée.</w:t>
      </w:r>
    </w:p>
    <w:p>
      <w:pPr>
        <w:jc w:val="both"/>
      </w:pPr>
      <w:r>
        <w:t>Dans l'attente de votre réponse, veuillez agréer, Monsieur/Madame l'Officier du Ministère Public, l'expression de mes salutations distinguées.</w:t>
      </w:r>
    </w:p>
    <w:p>
      <w:pPr>
        <w:spacing w:after="200"/>
      </w:pPr>
      <w:r>
        <w:t>[Signature]</w:t>
      </w:r>
    </w:p>
    <w:p>
      <w:pPr>
        <w:spacing w:before="360"/>
      </w:pPr>
      <w:r>
        <w:rPr>
          <w:i/>
          <w:color w:val="999999"/>
          <w:sz w:val="16"/>
        </w:rPr>
        <w:t>Modèle fourni à titre informatif par gardermespoints.fr. Ne constitue pas un avis juridique.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