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A73E8"/>
          <w:sz w:val="28"/>
        </w:rPr>
        <w:t>Modèle de lettre : contester une amende majorée</w:t>
      </w:r>
    </w:p>
    <w:p>
      <w:pPr>
        <w:spacing w:after="320"/>
      </w:pPr>
      <w:r>
        <w:rPr>
          <w:i/>
          <w:color w:val="555555"/>
          <w:sz w:val="18"/>
        </w:rPr>
        <w:t>Modèle à compléter. Remplacez chaque champ entre crochets [ ] par vos informations, puis supprimez les crochets. À envoyer dans le délai légal (45 jours à compter de la date d'envoi de l'avis de contravention, 3 mois pour une amende majorée), de préférence en recommandé avec accusé de réception.</w:t>
      </w:r>
    </w:p>
    <w:p>
      <w:pPr>
        <w:spacing w:after="0"/>
      </w:pPr>
      <w:r>
        <w:t>[Votre nom, prénom]</w:t>
      </w:r>
    </w:p>
    <w:p>
      <w:pPr>
        <w:spacing w:after="0"/>
      </w:pPr>
      <w:r>
        <w:t>[Adresse actuelle complète]</w:t>
      </w:r>
    </w:p>
    <w:p>
      <w:pPr>
        <w:spacing w:after="200"/>
      </w:pPr>
      <w:r>
        <w:t>[Code postal, Ville]</w:t>
      </w:r>
    </w:p>
    <w:p>
      <w:pPr>
        <w:spacing w:after="0"/>
      </w:pPr>
      <w:r>
        <w:t>À l'attention du service compétent</w:t>
      </w:r>
    </w:p>
    <w:p>
      <w:pPr>
        <w:spacing w:after="200"/>
      </w:pPr>
      <w:r>
        <w:t>[Adresse indiquée sur l'avis d'amende majorée]</w:t>
      </w:r>
    </w:p>
    <w:p>
      <w:pPr>
        <w:jc w:val="both"/>
      </w:pPr>
      <w:r>
        <w:t>[Ville], le [date d'envoi]</w:t>
      </w:r>
    </w:p>
    <w:p>
      <w:r>
        <w:rPr>
          <w:b/>
        </w:rPr>
        <w:t>Objet : Demande d'annulation de majoration - Avis n° [numéro de l'avis]</w:t>
      </w:r>
    </w:p>
    <w:p>
      <w:pPr>
        <w:jc w:val="both"/>
      </w:pPr>
      <w:r>
        <w:t>Envoi recommandé avec accusé de réception</w:t>
      </w:r>
    </w:p>
    <w:p>
      <w:pPr>
        <w:jc w:val="both"/>
      </w:pPr>
      <w:r>
        <w:t>Madame, Monsieur,</w:t>
      </w:r>
    </w:p>
    <w:p>
      <w:pPr>
        <w:jc w:val="both"/>
      </w:pPr>
      <w:r>
        <w:t>J'ai reçu en date du [date de réception] un avis d'amende majorée n° [numéro], portant sur une infraction commise le [date] à [lieu] avec le véhicule immatriculé [numéro d'immatriculation].</w:t>
      </w:r>
    </w:p>
    <w:p>
      <w:pPr>
        <w:jc w:val="both"/>
      </w:pPr>
      <w:r>
        <w:t>Je n'ai jamais reçu l'avis de contravention initial pour la raison suivante : [précisez, par exemple : “mon adresse figurant sur la carte grise n'avait pas encore été mise à jour à la suite de mon déménagement intervenu le [date]” / “un problème de distribution postale peut être à l'origine de la non-réception de cet avis”].</w:t>
      </w:r>
    </w:p>
    <w:p>
      <w:pPr>
        <w:jc w:val="both"/>
      </w:pPr>
      <w:r>
        <w:t>Je souhaite contester la majoration et m'acquitter du seul montant forfaitaire initial. Vous trouverez ci-joints :</w:t>
      </w:r>
    </w:p>
    <w:p>
      <w:pPr>
        <w:spacing w:after="0"/>
      </w:pPr>
      <w:r>
        <w:t>- le formulaire de demande d'annulation de majoration, rempli et signé ;</w:t>
      </w:r>
    </w:p>
    <w:p>
      <w:pPr>
        <w:spacing w:after="0"/>
      </w:pPr>
      <w:r>
        <w:t>- un chèque d'un montant de [montant de l'amende initiale] euros, libellé à l'ordre du Trésor Public ;</w:t>
      </w:r>
    </w:p>
    <w:p>
      <w:pPr>
        <w:spacing w:after="0"/>
      </w:pPr>
      <w:r>
        <w:t>- la copie de l'avis d'amende majorée ;</w:t>
      </w:r>
    </w:p>
    <w:p>
      <w:pPr>
        <w:spacing w:after="200"/>
      </w:pPr>
      <w:r>
        <w:t>- [preuve du changement d'adresse : avis d'imposition, facture EDF, attestation employeur, etc.].</w:t>
      </w:r>
    </w:p>
    <w:p>
      <w:pPr>
        <w:jc w:val="both"/>
      </w:pPr>
      <w:r>
        <w:t>Je vous demande de bien vouloir enregistrer ce paiement comme règlement de l'amende forfaitaire initiale et d'annuler la majoration.</w:t>
      </w:r>
    </w:p>
    <w:p>
      <w:pPr>
        <w:jc w:val="both"/>
      </w:pPr>
      <w:r>
        <w:t>Veuillez agréer, Madame, Monsieur, l'expression de mes salutations distinguées.</w:t>
      </w:r>
    </w:p>
    <w:p>
      <w:pPr>
        <w:spacing w:after="0"/>
      </w:pPr>
      <w:r>
        <w:t>[Signature manuscrite]</w:t>
      </w:r>
    </w:p>
    <w:p>
      <w:pPr>
        <w:spacing w:after="200"/>
      </w:pPr>
      <w:r>
        <w:t>[NOM, Prénom en capitales]</w:t>
      </w:r>
    </w:p>
    <w:p>
      <w:pPr>
        <w:spacing w:before="360"/>
      </w:pPr>
      <w:r>
        <w:rPr>
          <w:i/>
          <w:color w:val="999999"/>
          <w:sz w:val="16"/>
        </w:rPr>
        <w:t>Modèle fourni à titre informatif par gardermespoints.fr. Ne constitue pas un avis juridique.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