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A73E8"/>
          <w:sz w:val="28"/>
        </w:rPr>
        <w:t>Modèle de lettre : contester une amende radar</w:t>
      </w:r>
    </w:p>
    <w:p>
      <w:pPr>
        <w:spacing w:after="320"/>
      </w:pPr>
      <w:r>
        <w:rPr>
          <w:i/>
          <w:color w:val="555555"/>
          <w:sz w:val="18"/>
        </w:rPr>
        <w:t>Modèle à compléter. Remplacez chaque champ entre crochets [ ] par vos informations, puis supprimez les crochets. À envoyer dans le délai légal (45 jours à compter de la date d'envoi de l'avis de contravention, 3 mois pour une amende majorée), de préférence en recommandé avec accusé de réception.</w:t>
      </w:r>
    </w:p>
    <w:p>
      <w:pPr>
        <w:spacing w:after="0"/>
      </w:pPr>
      <w:r>
        <w:t>[Votre nom, prénom]</w:t>
      </w:r>
    </w:p>
    <w:p>
      <w:pPr>
        <w:spacing w:after="0"/>
      </w:pPr>
      <w:r>
        <w:t>[Adresse complète]</w:t>
      </w:r>
    </w:p>
    <w:p>
      <w:pPr>
        <w:spacing w:after="0"/>
      </w:pPr>
      <w:r>
        <w:t>[Code postal, Ville]</w:t>
      </w:r>
    </w:p>
    <w:p>
      <w:pPr>
        <w:spacing w:after="200"/>
      </w:pPr>
      <w:r>
        <w:t>[Téléphone] / [Email]</w:t>
      </w:r>
    </w:p>
    <w:p>
      <w:pPr>
        <w:spacing w:after="0"/>
      </w:pPr>
      <w:r>
        <w:t>À l'attention de Monsieur / Madame l'Officier du Ministère Public</w:t>
      </w:r>
    </w:p>
    <w:p>
      <w:pPr>
        <w:spacing w:after="200"/>
      </w:pPr>
      <w:r>
        <w:t>[Adresse du Ministère Public indiquée sur votre avis de contravention]</w:t>
      </w:r>
    </w:p>
    <w:p>
      <w:pPr>
        <w:jc w:val="both"/>
      </w:pPr>
      <w:r>
        <w:t>[Ville], le [date d'envoi]</w:t>
      </w:r>
    </w:p>
    <w:p>
      <w:r>
        <w:rPr>
          <w:b/>
        </w:rPr>
        <w:t>Objet : Requête en exonération - Procès-verbal n° [numéro du PV]</w:t>
      </w:r>
    </w:p>
    <w:p>
      <w:pPr>
        <w:jc w:val="both"/>
      </w:pPr>
      <w:r>
        <w:t>Madame, Monsieur l'Officier du Ministère Public,</w:t>
      </w:r>
    </w:p>
    <w:p>
      <w:pPr>
        <w:jc w:val="both"/>
      </w:pPr>
      <w:r>
        <w:t>Je me permets de vous adresser la présente lettre afin de contester le procès-verbal n° [numéro], établi le [date de l'infraction] à [heure] à [lieu de l'infraction], pour [nature de l'infraction : excès de vitesse / franchissement de feu rouge].</w:t>
      </w:r>
    </w:p>
    <w:p>
      <w:pPr>
        <w:jc w:val="both"/>
      </w:pPr>
      <w:r>
        <w:t>Je conteste cette contravention pour le motif suivant : [précisez, par exemple : “La photographie jointe au procès-verbal ne permet pas d'identifier clairement le conducteur du véhicule” / “Le numéro d'immatriculation relevé ne correspond pas à celui de mon véhicule immatriculé [numéro réel]” / “Je n'étais pas le conducteur du véhicule au moment des faits”].</w:t>
      </w:r>
    </w:p>
    <w:p>
      <w:pPr>
        <w:jc w:val="both"/>
      </w:pPr>
      <w:r>
        <w:t>Vous trouverez ci-joints les documents suivants :</w:t>
      </w:r>
    </w:p>
    <w:p>
      <w:pPr>
        <w:spacing w:after="0"/>
      </w:pPr>
      <w:r>
        <w:t>- copie de l'avis de contravention ;</w:t>
      </w:r>
    </w:p>
    <w:p>
      <w:pPr>
        <w:spacing w:after="0"/>
      </w:pPr>
      <w:r>
        <w:t>- copie de ma pièce d'identité ;</w:t>
      </w:r>
    </w:p>
    <w:p>
      <w:pPr>
        <w:spacing w:after="0"/>
      </w:pPr>
      <w:r>
        <w:t>- copie de la carte grise du véhicule ;</w:t>
      </w:r>
    </w:p>
    <w:p>
      <w:pPr>
        <w:spacing w:after="200"/>
      </w:pPr>
      <w:r>
        <w:t>- [tout document complémentaire justifiant votre contestation].</w:t>
      </w:r>
    </w:p>
    <w:p>
      <w:pPr>
        <w:jc w:val="both"/>
      </w:pPr>
      <w:r>
        <w:t>En conséquence, je vous demande de bien vouloir prononcer l'annulation de cette contravention.</w:t>
      </w:r>
    </w:p>
    <w:p>
      <w:pPr>
        <w:jc w:val="both"/>
      </w:pPr>
      <w:r>
        <w:t>Dans l'attente de votre décision, je vous prie d'agréer, Madame, Monsieur, l'expression de mes salutations distinguées.</w:t>
      </w:r>
    </w:p>
    <w:p>
      <w:pPr>
        <w:spacing w:after="0"/>
      </w:pPr>
      <w:r>
        <w:t>[Signature manuscrite]</w:t>
      </w:r>
    </w:p>
    <w:p>
      <w:pPr>
        <w:spacing w:after="200"/>
      </w:pPr>
      <w:r>
        <w:t>[NOM, Prénom en capitales]</w:t>
      </w:r>
    </w:p>
    <w:p>
      <w:pPr>
        <w:spacing w:before="360"/>
      </w:pPr>
      <w:r>
        <w:rPr>
          <w:i/>
          <w:color w:val="999999"/>
          <w:sz w:val="16"/>
        </w:rPr>
        <w:t>Modèle fourni à titre informatif par gardermespoints.fr. Ne constitue pas un avis juridique.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