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20"/>
      </w:pPr>
      <w:r>
        <w:rPr>
          <w:b/>
          <w:color w:val="1A73E8"/>
          <w:sz w:val="28"/>
        </w:rPr>
        <w:t>Modèle de lettre : désigner un autre conducteur (requête en exonération)</w:t>
      </w:r>
    </w:p>
    <w:p>
      <w:pPr>
        <w:spacing w:after="320"/>
      </w:pPr>
      <w:r>
        <w:rPr>
          <w:i/>
          <w:color w:val="555555"/>
          <w:sz w:val="18"/>
        </w:rPr>
        <w:t>Modèle à compléter. Remplacez chaque champ entre crochets [ ] par vos informations, puis supprimez les crochets. À envoyer dans le délai légal (45 jours à compter de la date d'envoi de l'avis de contravention, 3 mois pour une amende majorée), de préférence en recommandé avec accusé de réception.</w:t>
      </w:r>
    </w:p>
    <w:p>
      <w:pPr>
        <w:spacing w:after="0"/>
      </w:pPr>
      <w:r>
        <w:t>[Votre nom, prénom]</w:t>
      </w:r>
    </w:p>
    <w:p>
      <w:pPr>
        <w:spacing w:after="0"/>
      </w:pPr>
      <w:r>
        <w:t>[Adresse complète]</w:t>
      </w:r>
    </w:p>
    <w:p>
      <w:pPr>
        <w:spacing w:after="200"/>
      </w:pPr>
      <w:r>
        <w:t>[Code postal, Ville]</w:t>
      </w:r>
    </w:p>
    <w:p>
      <w:pPr>
        <w:spacing w:after="0"/>
      </w:pPr>
      <w:r>
        <w:t>À l'attention de Monsieur / Madame l'Officier du Ministère Public</w:t>
      </w:r>
    </w:p>
    <w:p>
      <w:pPr>
        <w:spacing w:after="200"/>
      </w:pPr>
      <w:r>
        <w:t>[Adresse indiquée sur l'avis de contravention]</w:t>
      </w:r>
    </w:p>
    <w:p>
      <w:pPr>
        <w:jc w:val="both"/>
      </w:pPr>
      <w:r>
        <w:t>[Ville], le [date d'envoi]</w:t>
      </w:r>
    </w:p>
    <w:p>
      <w:r>
        <w:rPr>
          <w:b/>
        </w:rPr>
        <w:t>Objet : Requête en exonération et désignation du conducteur - PV n° [numéro]</w:t>
      </w:r>
    </w:p>
    <w:p>
      <w:pPr>
        <w:jc w:val="both"/>
      </w:pPr>
      <w:r>
        <w:t>Madame, Monsieur l'Officier du Ministère Public,</w:t>
      </w:r>
    </w:p>
    <w:p>
      <w:pPr>
        <w:jc w:val="both"/>
      </w:pPr>
      <w:r>
        <w:t>J'ai reçu un avis de contravention n° [numéro] daté du [date], pour une infraction commise le [date de l'infraction] à [heure] à [lieu], avec le véhicule immatriculé [numéro d'immatriculation], dont je suis propriétaire.</w:t>
      </w:r>
    </w:p>
    <w:p>
      <w:pPr>
        <w:jc w:val="both"/>
      </w:pPr>
      <w:r>
        <w:t>Je soussigné(e), [votre nom, prénom], déclare ne pas avoir été l'auteur(e) de cette infraction. Au moment des faits, le véhicule était conduit par la personne suivante :</w:t>
      </w:r>
    </w:p>
    <w:p>
      <w:pPr>
        <w:spacing w:after="0"/>
      </w:pPr>
      <w:r>
        <w:t>Nom : [Nom du conducteur réel]</w:t>
      </w:r>
    </w:p>
    <w:p>
      <w:pPr>
        <w:spacing w:after="0"/>
      </w:pPr>
      <w:r>
        <w:t>Prénom : [Prénom]</w:t>
      </w:r>
    </w:p>
    <w:p>
      <w:pPr>
        <w:spacing w:after="0"/>
      </w:pPr>
      <w:r>
        <w:t>Date de naissance : [Date de naissance]</w:t>
      </w:r>
    </w:p>
    <w:p>
      <w:pPr>
        <w:spacing w:after="0"/>
      </w:pPr>
      <w:r>
        <w:t>Adresse complète : [Adresse]</w:t>
      </w:r>
    </w:p>
    <w:p>
      <w:pPr>
        <w:spacing w:after="200"/>
      </w:pPr>
      <w:r>
        <w:t>Numéro de permis de conduire : [Numéro]</w:t>
      </w:r>
    </w:p>
    <w:p>
      <w:pPr>
        <w:jc w:val="both"/>
      </w:pPr>
      <w:r>
        <w:t>Vous trouverez ci-joints :</w:t>
      </w:r>
    </w:p>
    <w:p>
      <w:pPr>
        <w:spacing w:after="0"/>
      </w:pPr>
      <w:r>
        <w:t>- copie de l'avis de contravention ;</w:t>
      </w:r>
    </w:p>
    <w:p>
      <w:pPr>
        <w:spacing w:after="0"/>
      </w:pPr>
      <w:r>
        <w:t>- copie de ma pièce d'identité ;</w:t>
      </w:r>
    </w:p>
    <w:p>
      <w:pPr>
        <w:spacing w:after="0"/>
      </w:pPr>
      <w:r>
        <w:t>- copie de la pièce d'identité du conducteur désigné ;</w:t>
      </w:r>
    </w:p>
    <w:p>
      <w:pPr>
        <w:spacing w:after="200"/>
      </w:pPr>
      <w:r>
        <w:t>- copie du permis de conduire du conducteur désigné.</w:t>
      </w:r>
    </w:p>
    <w:p>
      <w:pPr>
        <w:jc w:val="both"/>
      </w:pPr>
      <w:r>
        <w:t>Je vous demande de bien vouloir reporter cette contravention sur l'identité du conducteur réel.</w:t>
      </w:r>
    </w:p>
    <w:p>
      <w:pPr>
        <w:jc w:val="both"/>
      </w:pPr>
      <w:r>
        <w:t>Dans l'attente de votre décision, veuillez agréer, Madame, Monsieur, mes salutations respectueuses.</w:t>
      </w:r>
    </w:p>
    <w:p>
      <w:pPr>
        <w:spacing w:after="0"/>
      </w:pPr>
      <w:r>
        <w:t>[Signature manuscrite]</w:t>
      </w:r>
    </w:p>
    <w:p>
      <w:pPr>
        <w:spacing w:after="200"/>
      </w:pPr>
      <w:r>
        <w:t>[NOM, Prénom en capitales]</w:t>
      </w:r>
    </w:p>
    <w:p>
      <w:pPr>
        <w:spacing w:before="360"/>
      </w:pPr>
      <w:r>
        <w:rPr>
          <w:i/>
          <w:color w:val="999999"/>
          <w:sz w:val="16"/>
        </w:rPr>
        <w:t>Modèle fourni à titre informatif par gardermespoints.fr. Ne constitue pas un avis juridique.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200" w:line="276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